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0F620" w14:textId="77777777" w:rsidR="00FF5438" w:rsidRPr="00747966" w:rsidRDefault="00F21CCD" w:rsidP="0039390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ДОГОВОР ОКАЗАНИЯ УСЛУГ</w:t>
      </w:r>
    </w:p>
    <w:p w14:paraId="3CEA1C39" w14:textId="5F6775F5" w:rsidR="00FF5438" w:rsidRPr="00747966" w:rsidRDefault="00F21CCD" w:rsidP="0039390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№ ___</w:t>
      </w:r>
    </w:p>
    <w:p w14:paraId="2AE25790" w14:textId="5BCB6AC7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г. [город]</w:t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«__» _________ 20___ г.</w:t>
      </w:r>
    </w:p>
    <w:p w14:paraId="4845F3B9" w14:textId="77777777" w:rsidR="00FF5438" w:rsidRPr="00747966" w:rsidRDefault="00FF543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A3D3D4" w14:textId="77777777" w:rsidR="00FF5438" w:rsidRPr="00747966" w:rsidRDefault="00F21CCD" w:rsidP="003939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 xml:space="preserve">Гражданин Российской Федерации [Ф. И. О. Исполнителя], [число, месяц, год рождения], [место рождения], паспорт серии [значение] № [значение], выдан [кем, когда], 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зарегистрированный по адресу: [полный адрес], именуемый в дальнейшем «Исполнитель», с одной стороны,</w:t>
      </w:r>
    </w:p>
    <w:p w14:paraId="2695475F" w14:textId="3BA011E2" w:rsidR="00FF5438" w:rsidRPr="00747966" w:rsidRDefault="00F21CCD" w:rsidP="00F9734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и Гражданин Российской Федерации [Ф. И. О. Заказчика], [число, месяц, год рождения], [место рождения], паспорт серии [значение] № [значение], выдан [кем, к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огда], зарегистрированный по адресу: [полный адрес], именуемый в дальнейшем «Заказчик», а вместе именуемые «Стороны», заключили настоящий договор о нижеследующем:</w:t>
      </w:r>
    </w:p>
    <w:p w14:paraId="47DFDD01" w14:textId="77777777" w:rsidR="00FF5438" w:rsidRPr="00747966" w:rsidRDefault="00F21CC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sz w:val="24"/>
          <w:szCs w:val="24"/>
          <w:lang w:val="ru-RU"/>
        </w:rPr>
        <w:t>1. Предмет договора</w:t>
      </w:r>
    </w:p>
    <w:p w14:paraId="722E52DE" w14:textId="4E08FCE4" w:rsidR="00FF5438" w:rsidRPr="00747966" w:rsidRDefault="00F21CCD" w:rsidP="0039390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1.1. Исполнитель обязуется оказать Заказчику</w:t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>, а Заказчик принять и оплатить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 xml:space="preserve"> следующие услуги:</w:t>
      </w:r>
    </w:p>
    <w:p w14:paraId="5B7EC6AC" w14:textId="281D9CFA" w:rsidR="00FF5438" w:rsidRPr="00F97342" w:rsidRDefault="00F21CCD" w:rsidP="0039390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97342">
        <w:rPr>
          <w:rFonts w:ascii="Times New Roman" w:hAnsi="Times New Roman" w:cs="Times New Roman"/>
          <w:b/>
          <w:bCs/>
          <w:sz w:val="24"/>
          <w:szCs w:val="24"/>
          <w:lang w:val="ru-RU"/>
        </w:rPr>
        <w:t>[подробно</w:t>
      </w:r>
      <w:r w:rsidRPr="00F9734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указать перечень, объем и содержание оказываемых услуг].</w:t>
      </w:r>
    </w:p>
    <w:p w14:paraId="5D67CE83" w14:textId="25CC4271" w:rsidR="00FF5438" w:rsidRPr="00747966" w:rsidRDefault="00F21CCD" w:rsidP="0039390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1.2. Услуги оказываются в срок с «__» ________ 20___ г. по «__» ________ 20___ г.</w:t>
      </w:r>
    </w:p>
    <w:p w14:paraId="726A5B2B" w14:textId="77777777" w:rsidR="00FF5438" w:rsidRPr="00747966" w:rsidRDefault="00F21CCD" w:rsidP="0039390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1.3. Результатом оказания услуг являет</w:t>
      </w:r>
      <w:bookmarkStart w:id="0" w:name="_GoBack"/>
      <w:bookmarkEnd w:id="0"/>
      <w:r w:rsidRPr="00747966">
        <w:rPr>
          <w:rFonts w:ascii="Times New Roman" w:hAnsi="Times New Roman" w:cs="Times New Roman"/>
          <w:sz w:val="24"/>
          <w:szCs w:val="24"/>
          <w:lang w:val="ru-RU"/>
        </w:rPr>
        <w:t>ся:</w:t>
      </w:r>
    </w:p>
    <w:p w14:paraId="10407808" w14:textId="187AD73E" w:rsidR="00FF5438" w:rsidRPr="00F97342" w:rsidRDefault="00F21CC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97342">
        <w:rPr>
          <w:rFonts w:ascii="Times New Roman" w:hAnsi="Times New Roman" w:cs="Times New Roman"/>
          <w:b/>
          <w:bCs/>
          <w:sz w:val="24"/>
          <w:szCs w:val="24"/>
          <w:lang w:val="ru-RU"/>
        </w:rPr>
        <w:t>[описать результат].</w:t>
      </w:r>
    </w:p>
    <w:p w14:paraId="14497D30" w14:textId="77777777" w:rsidR="00FF5438" w:rsidRPr="00747966" w:rsidRDefault="00F21CC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Стоимость услуг и порядок расчетов</w:t>
      </w:r>
    </w:p>
    <w:p w14:paraId="568E8391" w14:textId="49DA9CE1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2.1. Стоимос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ть услуг составляет _________ (сумма прописью) рублей.</w:t>
      </w:r>
    </w:p>
    <w:p w14:paraId="345A4045" w14:textId="77777777" w:rsidR="00FF5438" w:rsidRPr="00747966" w:rsidRDefault="00F21CCD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Вариант 1. Оплата поэтапная:</w:t>
      </w:r>
    </w:p>
    <w:p w14:paraId="056074CE" w14:textId="77777777" w:rsidR="00FF5438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2.2. Оплата осуществляется следующим образом:</w:t>
      </w:r>
    </w:p>
    <w:p w14:paraId="606DBF3A" w14:textId="77777777" w:rsidR="00FF5438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- [сумма] до «__» ________ 20___ г.</w:t>
      </w:r>
    </w:p>
    <w:p w14:paraId="6D4DFD58" w14:textId="77777777" w:rsidR="00FF5438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- [сумма] до «__» ________ 20___ г.</w:t>
      </w:r>
    </w:p>
    <w:p w14:paraId="7B29934A" w14:textId="62C14CB6" w:rsidR="00FF5438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- [сумма] до «__» ________ 20___ г.</w:t>
      </w:r>
    </w:p>
    <w:p w14:paraId="050472ED" w14:textId="77777777" w:rsidR="00FF5438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2.3. Заказчик вп</w:t>
      </w: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раве оплатить досрочно.</w:t>
      </w:r>
    </w:p>
    <w:p w14:paraId="16B99716" w14:textId="77777777" w:rsidR="00FF5438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lastRenderedPageBreak/>
        <w:t>2.4. Платежи осуществляются на счет Исполнителя.</w:t>
      </w:r>
    </w:p>
    <w:p w14:paraId="57090799" w14:textId="06DAD2F6" w:rsidR="00FF5438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2.5. Платеж считается произведенным с момента зачисления средств.</w:t>
      </w:r>
    </w:p>
    <w:p w14:paraId="10755F16" w14:textId="77777777" w:rsidR="00FF5438" w:rsidRPr="00747966" w:rsidRDefault="00F21CCD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Вариант 2. Полная оплата:</w:t>
      </w:r>
    </w:p>
    <w:p w14:paraId="6267CBA4" w14:textId="4AF80EB6" w:rsidR="00F97342" w:rsidRPr="00747966" w:rsidRDefault="00F21CCD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i/>
          <w:iCs/>
          <w:sz w:val="24"/>
          <w:szCs w:val="24"/>
          <w:lang w:val="ru-RU"/>
        </w:rPr>
        <w:t>2.2. Заказчик оплачивает услуги наличными/переводом при подписании Акта</w:t>
      </w:r>
      <w:r w:rsidR="00F9734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сдачи-приемки услуг (Приложение №1 к Договору) в полном объеме.</w:t>
      </w:r>
    </w:p>
    <w:p w14:paraId="7D4129FA" w14:textId="4E295903" w:rsidR="00FF5438" w:rsidRPr="00747966" w:rsidRDefault="00F21CC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Права и </w:t>
      </w:r>
      <w:r w:rsidRPr="00747966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обязанности сторон</w:t>
      </w:r>
    </w:p>
    <w:p w14:paraId="47F4513C" w14:textId="77777777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3.1. Исполнитель обязуется:</w:t>
      </w:r>
    </w:p>
    <w:p w14:paraId="02DD368E" w14:textId="77777777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- оказать услуги качественно и в срок;</w:t>
      </w:r>
    </w:p>
    <w:p w14:paraId="7B828B32" w14:textId="77777777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- передать результат услуг.</w:t>
      </w:r>
    </w:p>
    <w:p w14:paraId="50CB3BB2" w14:textId="5982F055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 xml:space="preserve">3.2. Исполнитель </w:t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>в целях исполнения договора имеет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 xml:space="preserve"> возможность привлечения третьих лиц (при согласовании</w:t>
      </w:r>
      <w:r w:rsidR="0039390F" w:rsidRPr="00747966">
        <w:rPr>
          <w:rFonts w:ascii="Times New Roman" w:hAnsi="Times New Roman" w:cs="Times New Roman"/>
          <w:sz w:val="24"/>
          <w:szCs w:val="24"/>
          <w:lang w:val="ru-RU"/>
        </w:rPr>
        <w:t xml:space="preserve"> с Заказчиком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1FBE0DEF" w14:textId="77777777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3.3. Заказчик обязуется:</w:t>
      </w:r>
    </w:p>
    <w:p w14:paraId="59293D60" w14:textId="77777777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- предоставить необходимую инф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ормацию;</w:t>
      </w:r>
    </w:p>
    <w:p w14:paraId="7530F138" w14:textId="295936A2" w:rsidR="00FF5438" w:rsidRPr="00747966" w:rsidRDefault="00F21C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- принять услуги и подписать Акт.</w:t>
      </w:r>
    </w:p>
    <w:p w14:paraId="71A2E64E" w14:textId="77777777" w:rsidR="00FF5438" w:rsidRPr="00747966" w:rsidRDefault="00F21CC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sz w:val="24"/>
          <w:szCs w:val="24"/>
          <w:lang w:val="ru-RU"/>
        </w:rPr>
        <w:t>4. Ответственность сторон</w:t>
      </w:r>
    </w:p>
    <w:p w14:paraId="116A2D02" w14:textId="73DD85CB" w:rsidR="00FF5438" w:rsidRPr="00747966" w:rsidRDefault="00F21CCD" w:rsidP="003939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4.1. За просрочку выполнения услуг Исполнитель уплачивает неустойку [значение]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%.</w:t>
      </w:r>
    </w:p>
    <w:p w14:paraId="314D6425" w14:textId="77777777" w:rsidR="00FF5438" w:rsidRPr="00747966" w:rsidRDefault="00F21CCD" w:rsidP="003939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4.2. За просрочку оплаты Заказчик уплачивает неустойку [значение] %.</w:t>
      </w:r>
    </w:p>
    <w:p w14:paraId="01079EAF" w14:textId="77777777" w:rsidR="00FF5438" w:rsidRPr="00747966" w:rsidRDefault="00F21CCD" w:rsidP="003939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4.3. При просрочке свыше 10 дней шт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раф в размере ______ рублей.</w:t>
      </w:r>
    </w:p>
    <w:p w14:paraId="2BA12078" w14:textId="5E91A883" w:rsidR="0039390F" w:rsidRPr="00747966" w:rsidRDefault="00F21CCD" w:rsidP="00F9734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 xml:space="preserve">4.4. Исполнитель </w:t>
      </w:r>
      <w:r w:rsidR="00F97342">
        <w:rPr>
          <w:rFonts w:ascii="Times New Roman" w:hAnsi="Times New Roman" w:cs="Times New Roman"/>
          <w:sz w:val="24"/>
          <w:szCs w:val="24"/>
          <w:lang w:val="ru-RU"/>
        </w:rPr>
        <w:t>несет ответственность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 xml:space="preserve"> за качество </w:t>
      </w:r>
      <w:r w:rsidR="00F97342">
        <w:rPr>
          <w:rFonts w:ascii="Times New Roman" w:hAnsi="Times New Roman" w:cs="Times New Roman"/>
          <w:sz w:val="24"/>
          <w:szCs w:val="24"/>
          <w:lang w:val="ru-RU"/>
        </w:rPr>
        <w:t xml:space="preserve">оказываемых 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услуг</w:t>
      </w:r>
      <w:r w:rsidR="00F97342">
        <w:rPr>
          <w:rFonts w:ascii="Times New Roman" w:hAnsi="Times New Roman" w:cs="Times New Roman"/>
          <w:sz w:val="24"/>
          <w:szCs w:val="24"/>
          <w:lang w:val="ru-RU"/>
        </w:rPr>
        <w:t>, в том числе за третьих лиц, которые могут быть привлечены.</w:t>
      </w:r>
    </w:p>
    <w:p w14:paraId="6798ED86" w14:textId="1462C15F" w:rsidR="00FF5438" w:rsidRPr="00747966" w:rsidRDefault="00F21CC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b/>
          <w:bCs/>
          <w:sz w:val="24"/>
          <w:szCs w:val="24"/>
          <w:lang w:val="ru-RU"/>
        </w:rPr>
        <w:t>5. Порядок приемки услуг</w:t>
      </w:r>
    </w:p>
    <w:p w14:paraId="70DD1EA2" w14:textId="3A0EB747" w:rsidR="00FF5438" w:rsidRPr="00747966" w:rsidRDefault="00F21CCD" w:rsidP="00F9734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5.1. По завершении услуг подписывается Акт сдачи-приемки</w:t>
      </w:r>
      <w:r w:rsidR="00F97342">
        <w:rPr>
          <w:rFonts w:ascii="Times New Roman" w:hAnsi="Times New Roman" w:cs="Times New Roman"/>
          <w:sz w:val="24"/>
          <w:szCs w:val="24"/>
          <w:lang w:val="ru-RU"/>
        </w:rPr>
        <w:t xml:space="preserve"> (Приложение №1 к Договору)</w:t>
      </w:r>
      <w:r w:rsidRPr="0074796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B00D0A2" w14:textId="14FA8442" w:rsidR="00FF5438" w:rsidRDefault="00F21CCD" w:rsidP="00F9734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sz w:val="24"/>
          <w:szCs w:val="24"/>
          <w:lang w:val="ru-RU"/>
        </w:rPr>
        <w:t>5.2. При отсутствии возражений в течение ___ дней услуги считаются принятыми.</w:t>
      </w:r>
    </w:p>
    <w:p w14:paraId="69B08335" w14:textId="77777777" w:rsidR="00F97342" w:rsidRPr="00747966" w:rsidRDefault="00F97342" w:rsidP="00F9734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B70F51" w14:textId="39A00D25" w:rsidR="00747966" w:rsidRPr="00747966" w:rsidRDefault="00747966" w:rsidP="00747966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4796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6. Адреса, реквизиты и подписи сторон</w:t>
      </w:r>
    </w:p>
    <w:tbl>
      <w:tblPr>
        <w:tblW w:w="103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59"/>
        <w:gridCol w:w="5146"/>
      </w:tblGrid>
      <w:tr w:rsidR="00747966" w:rsidRPr="00747966" w14:paraId="6A5C7A82" w14:textId="77777777" w:rsidTr="00747966">
        <w:trPr>
          <w:trHeight w:val="68"/>
        </w:trP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14:paraId="53D383E5" w14:textId="5D2510E4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>Исполнитель</w:t>
            </w:r>
          </w:p>
          <w:p w14:paraId="7477D07D" w14:textId="77777777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>ФИО</w:t>
            </w:r>
          </w:p>
          <w:p w14:paraId="3386459F" w14:textId="77777777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>Дата рождения____</w:t>
            </w:r>
          </w:p>
          <w:p w14:paraId="4129A221" w14:textId="77777777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>серия _____ номер паспорта_____</w:t>
            </w:r>
          </w:p>
          <w:p w14:paraId="753D9CC2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_____ дата выдачи______ код подразделения___</w:t>
            </w:r>
          </w:p>
          <w:p w14:paraId="57B3B756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Зарегистрирован по адресу:</w:t>
            </w:r>
          </w:p>
          <w:p w14:paraId="248D37A2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</w:t>
            </w:r>
          </w:p>
          <w:p w14:paraId="589C1013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 ___________</w:t>
            </w:r>
          </w:p>
          <w:p w14:paraId="0244DACC" w14:textId="514D68A8" w:rsidR="00747966" w:rsidRPr="00747966" w:rsidRDefault="00747966" w:rsidP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747966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вписать нужное</w:t>
            </w: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268A7EC8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 реквизиты:</w:t>
            </w:r>
          </w:p>
          <w:p w14:paraId="2A2E7AC1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Получатель</w:t>
            </w:r>
          </w:p>
          <w:p w14:paraId="1D014D4B" w14:textId="1776B460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</w:t>
            </w:r>
          </w:p>
          <w:p w14:paraId="55FF0A04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Номер счета</w:t>
            </w:r>
          </w:p>
          <w:p w14:paraId="34301824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</w:t>
            </w:r>
          </w:p>
          <w:p w14:paraId="341AEB01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платежа:</w:t>
            </w:r>
          </w:p>
          <w:p w14:paraId="66E6D5F3" w14:textId="107DD06B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по договору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оказания услуг </w:t>
            </w: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____ от «__» _______ 20__</w:t>
            </w:r>
          </w:p>
          <w:p w14:paraId="40AAADF5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БИК </w:t>
            </w:r>
            <w:r w:rsidRPr="0074796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[</w:t>
            </w:r>
            <w:r w:rsidRPr="007479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вписать нужное</w:t>
            </w:r>
            <w:r w:rsidRPr="0074796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]</w:t>
            </w:r>
          </w:p>
          <w:p w14:paraId="338E2687" w14:textId="0BE2A26C" w:rsidR="00747966" w:rsidRPr="00747966" w:rsidRDefault="007479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Банк-получатель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796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[</w:t>
            </w:r>
            <w:r w:rsidRPr="007479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вписать нужное</w:t>
            </w:r>
            <w:r w:rsidRPr="0074796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]</w:t>
            </w:r>
          </w:p>
          <w:p w14:paraId="32661AC8" w14:textId="58F07D96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Корр. счет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796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[</w:t>
            </w:r>
            <w:r w:rsidRPr="007479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вписать нужное</w:t>
            </w:r>
            <w:r w:rsidRPr="0074796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]</w:t>
            </w:r>
          </w:p>
          <w:p w14:paraId="121E2A59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 / И.О. ФИО</w:t>
            </w:r>
          </w:p>
          <w:p w14:paraId="2A4B5AF2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</w:tcPr>
          <w:p w14:paraId="27ECBBC0" w14:textId="48DA292A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>Заказчик</w:t>
            </w:r>
          </w:p>
          <w:p w14:paraId="3FEB7351" w14:textId="77777777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 xml:space="preserve">ФИО </w:t>
            </w:r>
          </w:p>
          <w:p w14:paraId="46B3B79A" w14:textId="77777777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>Дата рождения____</w:t>
            </w:r>
          </w:p>
          <w:p w14:paraId="77976C3A" w14:textId="77777777" w:rsidR="00747966" w:rsidRPr="00747966" w:rsidRDefault="00747966">
            <w:pPr>
              <w:pStyle w:val="aff8"/>
              <w:spacing w:line="276" w:lineRule="auto"/>
              <w:rPr>
                <w:rFonts w:ascii="Times New Roman" w:hAnsi="Times New Roman" w:cs="Times New Roman"/>
              </w:rPr>
            </w:pPr>
            <w:r w:rsidRPr="00747966">
              <w:rPr>
                <w:rFonts w:ascii="Times New Roman" w:hAnsi="Times New Roman" w:cs="Times New Roman"/>
              </w:rPr>
              <w:t>серия _____ номер паспорта_____</w:t>
            </w:r>
          </w:p>
          <w:p w14:paraId="071FF2BF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_____ дата выдачи______ код подразделения___</w:t>
            </w:r>
          </w:p>
          <w:p w14:paraId="6FB03EA8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Зарегистрирован по адресу:</w:t>
            </w:r>
          </w:p>
          <w:p w14:paraId="5760B8DA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</w:t>
            </w:r>
          </w:p>
          <w:p w14:paraId="34A06CEC" w14:textId="77777777" w:rsidR="00747966" w:rsidRPr="00747966" w:rsidRDefault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 ___________</w:t>
            </w:r>
          </w:p>
          <w:p w14:paraId="7573EEC2" w14:textId="7F54819A" w:rsidR="00747966" w:rsidRPr="00747966" w:rsidRDefault="00747966" w:rsidP="007479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747966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вписать нужное</w:t>
            </w:r>
            <w:r w:rsidRPr="0074796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7B9B7FC2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7813C46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F21A93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9F26EBE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09B598" w14:textId="45B161C7" w:rsid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EE5DB53" w14:textId="531C0DE4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6B882F54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28CA2AC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4995BF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26D4306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4B12170" w14:textId="77777777" w:rsidR="00747966" w:rsidRPr="00747966" w:rsidRDefault="00747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9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 / И.О. ФИО/</w:t>
            </w:r>
          </w:p>
        </w:tc>
      </w:tr>
    </w:tbl>
    <w:p w14:paraId="15B12EFB" w14:textId="77777777" w:rsidR="00F97342" w:rsidRDefault="00F97342" w:rsidP="00747966">
      <w:pPr>
        <w:ind w:left="6521"/>
        <w:jc w:val="both"/>
        <w:rPr>
          <w:rFonts w:ascii=" Times New Roman" w:hAnsi=" Times New Roman" w:cs=" Times New Roman"/>
          <w:i/>
          <w:iCs/>
          <w:lang w:val="ru-RU"/>
        </w:rPr>
      </w:pPr>
    </w:p>
    <w:p w14:paraId="20F549D0" w14:textId="77777777" w:rsidR="00F97342" w:rsidRDefault="00F97342">
      <w:pPr>
        <w:rPr>
          <w:rFonts w:ascii=" Times New Roman" w:hAnsi=" Times New Roman" w:cs=" Times New Roman"/>
          <w:i/>
          <w:iCs/>
          <w:lang w:val="ru-RU"/>
        </w:rPr>
      </w:pPr>
      <w:r>
        <w:rPr>
          <w:rFonts w:ascii=" Times New Roman" w:hAnsi=" Times New Roman" w:cs=" Times New Roman"/>
          <w:i/>
          <w:iCs/>
          <w:lang w:val="ru-RU"/>
        </w:rPr>
        <w:br w:type="page"/>
      </w:r>
    </w:p>
    <w:p w14:paraId="42275D99" w14:textId="49641E90" w:rsidR="00747966" w:rsidRPr="00747966" w:rsidRDefault="00747966" w:rsidP="00747966">
      <w:pPr>
        <w:ind w:left="6521"/>
        <w:jc w:val="both"/>
        <w:rPr>
          <w:rFonts w:ascii=" Times New Roman" w:hAnsi=" Times New Roman" w:cs=" Times New Roman"/>
          <w:i/>
          <w:iCs/>
          <w:lang w:val="ru-RU"/>
        </w:rPr>
      </w:pPr>
      <w:r w:rsidRPr="00747966">
        <w:rPr>
          <w:rFonts w:ascii=" Times New Roman" w:hAnsi=" Times New Roman" w:cs=" Times New Roman"/>
          <w:i/>
          <w:iCs/>
          <w:lang w:val="ru-RU"/>
        </w:rPr>
        <w:lastRenderedPageBreak/>
        <w:t>Приложение № 1 к Договору купли-продажи [указать предмет]</w:t>
      </w:r>
    </w:p>
    <w:p w14:paraId="54B8DFD1" w14:textId="72B7A47C" w:rsidR="00747966" w:rsidRPr="00747966" w:rsidRDefault="00747966" w:rsidP="00747966">
      <w:pPr>
        <w:ind w:left="6521"/>
        <w:jc w:val="both"/>
        <w:rPr>
          <w:rFonts w:ascii=" Times New Roman" w:hAnsi=" Times New Roman" w:cs=" Times New Roman"/>
          <w:i/>
          <w:iCs/>
          <w:lang w:val="ru-RU"/>
        </w:rPr>
      </w:pPr>
      <w:r w:rsidRPr="00747966">
        <w:rPr>
          <w:rFonts w:ascii=" Times New Roman" w:hAnsi=" Times New Roman" w:cs=" Times New Roman"/>
          <w:i/>
          <w:iCs/>
          <w:lang w:val="ru-RU"/>
        </w:rPr>
        <w:t xml:space="preserve">(между физическими лицами) № __ </w:t>
      </w:r>
    </w:p>
    <w:p w14:paraId="536F3FC6" w14:textId="77777777" w:rsidR="00747966" w:rsidRPr="00747966" w:rsidRDefault="00747966" w:rsidP="00747966">
      <w:pPr>
        <w:ind w:left="6521"/>
        <w:jc w:val="both"/>
        <w:rPr>
          <w:rFonts w:ascii=" Times New Roman" w:hAnsi=" Times New Roman" w:cs=" Times New Roman"/>
          <w:lang w:val="ru-RU"/>
        </w:rPr>
      </w:pPr>
    </w:p>
    <w:p w14:paraId="7509518C" w14:textId="57C6238F" w:rsidR="00747966" w:rsidRPr="00747966" w:rsidRDefault="00747966" w:rsidP="00747966">
      <w:pPr>
        <w:ind w:left="6521" w:hanging="6521"/>
        <w:jc w:val="center"/>
        <w:rPr>
          <w:rFonts w:ascii=" Times New Roman" w:hAnsi=" Times New Roman" w:cs=" Times New Roman"/>
          <w:b/>
          <w:bCs/>
          <w:lang w:val="ru-RU"/>
        </w:rPr>
      </w:pPr>
      <w:r w:rsidRPr="00747966">
        <w:rPr>
          <w:rFonts w:ascii=" Times New Roman" w:hAnsi=" Times New Roman" w:cs=" Times New Roman"/>
          <w:b/>
          <w:bCs/>
          <w:lang w:val="ru-RU"/>
        </w:rPr>
        <w:t xml:space="preserve">Акт </w:t>
      </w:r>
      <w:r w:rsidR="00F97342">
        <w:rPr>
          <w:rFonts w:ascii=" Times New Roman" w:hAnsi=" Times New Roman" w:cs=" Times New Roman"/>
          <w:b/>
          <w:bCs/>
          <w:lang w:val="ru-RU"/>
        </w:rPr>
        <w:t>сдачи-</w:t>
      </w:r>
      <w:r w:rsidRPr="00747966">
        <w:rPr>
          <w:rFonts w:ascii=" Times New Roman" w:hAnsi=" Times New Roman" w:cs=" Times New Roman"/>
          <w:b/>
          <w:bCs/>
          <w:lang w:val="ru-RU"/>
        </w:rPr>
        <w:t>приёмки</w:t>
      </w:r>
      <w:r w:rsidR="00F97342">
        <w:rPr>
          <w:rFonts w:ascii=" Times New Roman" w:hAnsi=" Times New Roman" w:cs=" Times New Roman"/>
          <w:b/>
          <w:bCs/>
          <w:lang w:val="ru-RU"/>
        </w:rPr>
        <w:t xml:space="preserve"> </w:t>
      </w:r>
      <w:r>
        <w:rPr>
          <w:rFonts w:ascii=" Times New Roman" w:hAnsi=" Times New Roman" w:cs=" Times New Roman"/>
          <w:b/>
          <w:bCs/>
          <w:lang w:val="ru-RU"/>
        </w:rPr>
        <w:t>услуг</w:t>
      </w:r>
      <w:r w:rsidRPr="00747966">
        <w:rPr>
          <w:rFonts w:ascii=" Times New Roman" w:hAnsi=" Times New Roman" w:cs=" Times New Roman"/>
          <w:b/>
          <w:bCs/>
          <w:lang w:val="ru-RU"/>
        </w:rPr>
        <w:t xml:space="preserve"> [указать </w:t>
      </w:r>
      <w:r>
        <w:rPr>
          <w:rFonts w:ascii=" Times New Roman" w:hAnsi=" Times New Roman" w:cs=" Times New Roman"/>
          <w:b/>
          <w:bCs/>
          <w:lang w:val="ru-RU"/>
        </w:rPr>
        <w:t>вид услуг</w:t>
      </w:r>
      <w:r w:rsidRPr="00747966">
        <w:rPr>
          <w:rFonts w:ascii=" Times New Roman" w:hAnsi=" Times New Roman" w:cs=" Times New Roman"/>
          <w:b/>
          <w:bCs/>
          <w:lang w:val="ru-RU"/>
        </w:rPr>
        <w:t>]</w:t>
      </w:r>
    </w:p>
    <w:p w14:paraId="018A642B" w14:textId="77777777" w:rsidR="00747966" w:rsidRP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 xml:space="preserve">Город </w:t>
      </w:r>
      <w:r w:rsidRPr="00747966">
        <w:rPr>
          <w:rFonts w:ascii=" Times New Roman" w:hAnsi=" Times New Roman" w:cs=" Times New Roman"/>
          <w:i/>
          <w:iCs/>
          <w:lang w:val="ru-RU"/>
        </w:rPr>
        <w:t>[</w:t>
      </w:r>
      <w:r w:rsidRPr="00747966">
        <w:rPr>
          <w:rFonts w:ascii=" Times New Roman" w:hAnsi=" Times New Roman" w:cs=" Times New Roman"/>
          <w:b/>
          <w:bCs/>
          <w:i/>
          <w:iCs/>
          <w:lang w:val="ru-RU"/>
        </w:rPr>
        <w:t>вписать нужное</w:t>
      </w:r>
      <w:r w:rsidRPr="00747966">
        <w:rPr>
          <w:rFonts w:ascii=" Times New Roman" w:hAnsi=" Times New Roman" w:cs=" Times New Roman"/>
          <w:i/>
          <w:iCs/>
          <w:lang w:val="ru-RU"/>
        </w:rPr>
        <w:t>]</w:t>
      </w:r>
      <w:r w:rsidRPr="00747966">
        <w:rPr>
          <w:rFonts w:ascii=" Times New Roman" w:hAnsi=" Times New Roman" w:cs=" Times New Roman"/>
          <w:lang w:val="ru-RU"/>
        </w:rPr>
        <w:tab/>
      </w:r>
      <w:r w:rsidRPr="00747966">
        <w:rPr>
          <w:rFonts w:ascii=" Times New Roman" w:hAnsi=" Times New Roman" w:cs=" Times New Roman"/>
          <w:lang w:val="ru-RU"/>
        </w:rPr>
        <w:tab/>
      </w:r>
      <w:r w:rsidRPr="00747966">
        <w:rPr>
          <w:rFonts w:ascii=" Times New Roman" w:hAnsi=" Times New Roman" w:cs=" Times New Roman"/>
          <w:lang w:val="ru-RU"/>
        </w:rPr>
        <w:tab/>
      </w:r>
      <w:r w:rsidRPr="00747966">
        <w:rPr>
          <w:rFonts w:ascii=" Times New Roman" w:hAnsi=" Times New Roman" w:cs=" Times New Roman"/>
          <w:lang w:val="ru-RU"/>
        </w:rPr>
        <w:tab/>
      </w:r>
      <w:r w:rsidRPr="00747966">
        <w:rPr>
          <w:rFonts w:ascii=" Times New Roman" w:hAnsi=" Times New Roman" w:cs=" Times New Roman"/>
          <w:lang w:val="ru-RU"/>
        </w:rPr>
        <w:tab/>
      </w:r>
      <w:r w:rsidRPr="00747966">
        <w:rPr>
          <w:rFonts w:ascii=" Times New Roman" w:hAnsi=" Times New Roman" w:cs=" Times New Roman"/>
          <w:lang w:val="ru-RU"/>
        </w:rPr>
        <w:tab/>
      </w:r>
      <w:r w:rsidRPr="00747966">
        <w:rPr>
          <w:rFonts w:ascii=" Times New Roman" w:hAnsi=" Times New Roman" w:cs=" Times New Roman"/>
          <w:lang w:val="ru-RU"/>
        </w:rPr>
        <w:tab/>
        <w:t>[</w:t>
      </w:r>
      <w:r w:rsidRPr="00747966">
        <w:rPr>
          <w:rFonts w:ascii=" Times New Roman" w:hAnsi=" Times New Roman" w:cs=" Times New Roman"/>
          <w:b/>
          <w:bCs/>
          <w:color w:val="26282F"/>
          <w:lang w:val="ru-RU"/>
        </w:rPr>
        <w:t>число, месяц, год</w:t>
      </w:r>
      <w:r w:rsidRPr="00747966">
        <w:rPr>
          <w:rFonts w:ascii=" Times New Roman" w:hAnsi=" Times New Roman" w:cs=" Times New Roman"/>
          <w:lang w:val="ru-RU"/>
        </w:rPr>
        <w:t>]</w:t>
      </w:r>
    </w:p>
    <w:p w14:paraId="47F96EFE" w14:textId="77777777" w:rsidR="00747966" w:rsidRP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</w:p>
    <w:p w14:paraId="3E96233D" w14:textId="77777777" w:rsid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 xml:space="preserve">Мы, нижеподписавшиеся, Гражданин ___________________________(Ф.И.О.) </w:t>
      </w:r>
    </w:p>
    <w:p w14:paraId="4723EEC3" w14:textId="1E04F0C9" w:rsidR="00747966" w:rsidRP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>и Гражданин __________________________(Ф.И.О.), составили настоящий акт о следующем:</w:t>
      </w:r>
    </w:p>
    <w:p w14:paraId="488B80F6" w14:textId="6D0EBD5C" w:rsidR="00747966" w:rsidRPr="00747966" w:rsidRDefault="00747966" w:rsidP="00747966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 xml:space="preserve">Согласно договору </w:t>
      </w:r>
      <w:r>
        <w:rPr>
          <w:rFonts w:ascii=" Times New Roman" w:hAnsi=" Times New Roman" w:cs=" Times New Roman"/>
          <w:lang w:val="ru-RU"/>
        </w:rPr>
        <w:t xml:space="preserve">оказания услуг </w:t>
      </w:r>
      <w:r w:rsidRPr="00747966">
        <w:rPr>
          <w:rFonts w:ascii=" Times New Roman" w:hAnsi=" Times New Roman" w:cs=" Times New Roman"/>
          <w:lang w:val="ru-RU"/>
        </w:rPr>
        <w:t xml:space="preserve">[указать </w:t>
      </w:r>
      <w:r>
        <w:rPr>
          <w:rFonts w:ascii=" Times New Roman" w:hAnsi=" Times New Roman" w:cs=" Times New Roman"/>
          <w:lang w:val="ru-RU"/>
        </w:rPr>
        <w:t>вид услуг</w:t>
      </w:r>
      <w:r w:rsidRPr="00747966">
        <w:rPr>
          <w:rFonts w:ascii=" Times New Roman" w:hAnsi=" Times New Roman" w:cs=" Times New Roman"/>
          <w:lang w:val="ru-RU"/>
        </w:rPr>
        <w:t>] № __ от «__</w:t>
      </w:r>
      <w:r w:rsidRPr="00747966">
        <w:rPr>
          <w:rFonts w:ascii=" Times New Roman" w:hAnsi=" Times New Roman" w:cs=" Times New Roman"/>
          <w:b/>
          <w:bCs/>
          <w:lang w:val="ru-RU"/>
        </w:rPr>
        <w:t>» __________ 20</w:t>
      </w:r>
      <w:r w:rsidRPr="00747966">
        <w:rPr>
          <w:rFonts w:ascii=" Times New Roman" w:hAnsi=" Times New Roman" w:cs=" Times New Roman"/>
          <w:lang w:val="ru-RU"/>
        </w:rPr>
        <w:t xml:space="preserve"> г., </w:t>
      </w:r>
      <w:r>
        <w:rPr>
          <w:rFonts w:ascii=" Times New Roman" w:hAnsi=" Times New Roman" w:cs=" Times New Roman"/>
          <w:lang w:val="ru-RU"/>
        </w:rPr>
        <w:t>Исполнитель оказал</w:t>
      </w:r>
      <w:r w:rsidRPr="00747966">
        <w:rPr>
          <w:rFonts w:ascii=" Times New Roman" w:hAnsi=" Times New Roman" w:cs=" Times New Roman"/>
          <w:lang w:val="ru-RU"/>
        </w:rPr>
        <w:t xml:space="preserve">, а </w:t>
      </w:r>
      <w:r>
        <w:rPr>
          <w:rFonts w:ascii=" Times New Roman" w:hAnsi=" Times New Roman" w:cs=" Times New Roman"/>
          <w:lang w:val="ru-RU"/>
        </w:rPr>
        <w:t xml:space="preserve">Заказчик </w:t>
      </w:r>
      <w:r w:rsidRPr="00747966">
        <w:rPr>
          <w:rFonts w:ascii=" Times New Roman" w:hAnsi=" Times New Roman" w:cs=" Times New Roman"/>
          <w:lang w:val="ru-RU"/>
        </w:rPr>
        <w:t>принял</w:t>
      </w:r>
      <w:r>
        <w:rPr>
          <w:rFonts w:ascii=" Times New Roman" w:hAnsi=" Times New Roman" w:cs=" Times New Roman"/>
          <w:lang w:val="ru-RU"/>
        </w:rPr>
        <w:t xml:space="preserve"> </w:t>
      </w:r>
      <w:r w:rsidRPr="00747966">
        <w:rPr>
          <w:rFonts w:ascii=" Times New Roman" w:hAnsi=" Times New Roman" w:cs=" Times New Roman"/>
          <w:lang w:val="ru-RU"/>
        </w:rPr>
        <w:t>следующ</w:t>
      </w:r>
      <w:r>
        <w:rPr>
          <w:rFonts w:ascii=" Times New Roman" w:hAnsi=" Times New Roman" w:cs=" Times New Roman"/>
          <w:lang w:val="ru-RU"/>
        </w:rPr>
        <w:t xml:space="preserve">ие услуги </w:t>
      </w:r>
      <w:r w:rsidRPr="00747966">
        <w:rPr>
          <w:rFonts w:ascii=" Times New Roman" w:hAnsi=" Times New Roman" w:cs=" Times New Roman"/>
          <w:lang w:val="ru-RU"/>
        </w:rPr>
        <w:t xml:space="preserve">[указать </w:t>
      </w:r>
      <w:r>
        <w:rPr>
          <w:rFonts w:ascii=" Times New Roman" w:hAnsi=" Times New Roman" w:cs=" Times New Roman"/>
          <w:lang w:val="ru-RU"/>
        </w:rPr>
        <w:t>вид услуг</w:t>
      </w:r>
      <w:r w:rsidRPr="00747966">
        <w:rPr>
          <w:rFonts w:ascii=" Times New Roman" w:hAnsi=" Times New Roman" w:cs=" Times New Roman"/>
          <w:lang w:val="ru-RU"/>
        </w:rPr>
        <w:t>]:</w:t>
      </w:r>
    </w:p>
    <w:p w14:paraId="2ADF3A34" w14:textId="77777777" w:rsidR="00747966" w:rsidRPr="00747966" w:rsidRDefault="00747966" w:rsidP="00747966">
      <w:pPr>
        <w:jc w:val="both"/>
        <w:rPr>
          <w:rFonts w:ascii=" Times New Roman" w:hAnsi=" Times New Roman" w:cs=" Times New Roman"/>
          <w:b/>
          <w:bCs/>
          <w:i/>
          <w:iCs/>
          <w:lang w:val="ru-RU"/>
        </w:rPr>
      </w:pPr>
    </w:p>
    <w:p w14:paraId="578461ED" w14:textId="2AD70A1E" w:rsidR="00747966" w:rsidRPr="00747966" w:rsidRDefault="00747966" w:rsidP="00747966">
      <w:pPr>
        <w:pStyle w:val="ae"/>
        <w:numPr>
          <w:ilvl w:val="0"/>
          <w:numId w:val="10"/>
        </w:numPr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>Замечания Заказчика:</w:t>
      </w:r>
    </w:p>
    <w:p w14:paraId="0CAD9AA4" w14:textId="77777777" w:rsidR="00747966" w:rsidRPr="00747966" w:rsidRDefault="00747966" w:rsidP="00747966">
      <w:pPr>
        <w:ind w:firstLine="426"/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>[указать — отсутствуют / перечислить]</w:t>
      </w:r>
    </w:p>
    <w:p w14:paraId="5BA1B98C" w14:textId="7B123B60" w:rsidR="00747966" w:rsidRPr="00747966" w:rsidRDefault="00747966" w:rsidP="00747966">
      <w:pPr>
        <w:ind w:firstLine="426"/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>(если отсутствуют: «Стороны подтвердили отсутствие взаимных претензий друг к другу.»)</w:t>
      </w:r>
    </w:p>
    <w:p w14:paraId="665829C4" w14:textId="77777777" w:rsidR="00747966" w:rsidRP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</w:p>
    <w:p w14:paraId="03985AE2" w14:textId="3B1F7F6D" w:rsidR="00747966" w:rsidRP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  <w:r w:rsidRPr="00747966">
        <w:rPr>
          <w:rFonts w:ascii=" Times New Roman" w:hAnsi=" Times New Roman" w:cs=" Times New Roman"/>
          <w:lang w:val="ru-RU"/>
        </w:rPr>
        <w:t>Подписи сторон:</w:t>
      </w:r>
    </w:p>
    <w:p w14:paraId="26FDACD6" w14:textId="519A76A2" w:rsidR="00747966" w:rsidRP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  <w:r>
        <w:rPr>
          <w:rFonts w:ascii=" Times New Roman" w:hAnsi=" Times New Roman" w:cs=" Times New Roman"/>
          <w:lang w:val="ru-RU"/>
        </w:rPr>
        <w:t>Исполнитель</w:t>
      </w:r>
      <w:r w:rsidRPr="00747966">
        <w:rPr>
          <w:rFonts w:ascii=" Times New Roman" w:hAnsi=" Times New Roman" w:cs=" Times New Roman"/>
          <w:lang w:val="ru-RU"/>
        </w:rPr>
        <w:t>: _______________________ / Ф.И.О. /</w:t>
      </w:r>
    </w:p>
    <w:p w14:paraId="6CDC512D" w14:textId="0D99F114" w:rsidR="00747966" w:rsidRPr="00747966" w:rsidRDefault="00747966" w:rsidP="00747966">
      <w:pPr>
        <w:jc w:val="both"/>
        <w:rPr>
          <w:rFonts w:ascii=" Times New Roman" w:hAnsi=" Times New Roman" w:cs=" Times New Roman"/>
          <w:lang w:val="ru-RU"/>
        </w:rPr>
      </w:pPr>
      <w:r>
        <w:rPr>
          <w:rFonts w:ascii=" Times New Roman" w:hAnsi=" Times New Roman" w:cs=" Times New Roman"/>
          <w:lang w:val="ru-RU"/>
        </w:rPr>
        <w:t>Заказчик</w:t>
      </w:r>
      <w:r w:rsidRPr="00747966">
        <w:rPr>
          <w:rFonts w:ascii=" Times New Roman" w:hAnsi=" Times New Roman" w:cs=" Times New Roman"/>
          <w:lang w:val="ru-RU"/>
        </w:rPr>
        <w:t>: ______________________/ Ф.И.О. /</w:t>
      </w:r>
    </w:p>
    <w:p w14:paraId="22246359" w14:textId="77777777" w:rsidR="00FF5438" w:rsidRPr="00747966" w:rsidRDefault="00FF5438">
      <w:pPr>
        <w:rPr>
          <w:lang w:val="ru-RU"/>
        </w:rPr>
      </w:pPr>
    </w:p>
    <w:sectPr w:rsidR="00FF5438" w:rsidRPr="00747966" w:rsidSect="0039390F">
      <w:headerReference w:type="default" r:id="rId8"/>
      <w:pgSz w:w="12240" w:h="15840"/>
      <w:pgMar w:top="1440" w:right="1041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334BE" w14:textId="77777777" w:rsidR="00F21CCD" w:rsidRDefault="00F21CCD" w:rsidP="00747966">
      <w:pPr>
        <w:spacing w:after="0" w:line="240" w:lineRule="auto"/>
      </w:pPr>
      <w:r>
        <w:separator/>
      </w:r>
    </w:p>
  </w:endnote>
  <w:endnote w:type="continuationSeparator" w:id="0">
    <w:p w14:paraId="28AC91FC" w14:textId="77777777" w:rsidR="00F21CCD" w:rsidRDefault="00F21CCD" w:rsidP="00747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 Times New Roma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 Arial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7CD88" w14:textId="77777777" w:rsidR="00F21CCD" w:rsidRDefault="00F21CCD" w:rsidP="00747966">
      <w:pPr>
        <w:spacing w:after="0" w:line="240" w:lineRule="auto"/>
      </w:pPr>
      <w:r>
        <w:separator/>
      </w:r>
    </w:p>
  </w:footnote>
  <w:footnote w:type="continuationSeparator" w:id="0">
    <w:p w14:paraId="4F63FD94" w14:textId="77777777" w:rsidR="00F21CCD" w:rsidRDefault="00F21CCD" w:rsidP="00747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1832F" w14:textId="77777777" w:rsidR="00747966" w:rsidRPr="00747966" w:rsidRDefault="00747966" w:rsidP="00747966">
    <w:pPr>
      <w:pStyle w:val="a5"/>
      <w:jc w:val="center"/>
      <w:rPr>
        <w:rFonts w:ascii=" Times New Roman" w:hAnsi=" Times New Roman" w:cs=" Times New Roman"/>
        <w:lang w:val="ru-RU"/>
      </w:rPr>
    </w:pPr>
    <w:r w:rsidRPr="00747966">
      <w:rPr>
        <w:rFonts w:ascii=" Times New Roman" w:hAnsi=" Times New Roman" w:cs=" Times New Roman"/>
        <w:lang w:val="ru-RU"/>
      </w:rPr>
      <w:t xml:space="preserve">Настоящий документ носит рекомендательный характер. </w:t>
    </w:r>
    <w:r w:rsidRPr="00747966">
      <w:rPr>
        <w:rFonts w:ascii=" Times New Roman" w:hAnsi=" Times New Roman" w:cs=" Times New Roman"/>
        <w:lang w:val="ru-RU"/>
      </w:rPr>
      <w:br/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5F1AAF81" w14:textId="77777777" w:rsidR="00747966" w:rsidRPr="00747966" w:rsidRDefault="00747966" w:rsidP="00747966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multiLevelType w:val="hybridMultilevel"/>
    <w:tmpl w:val="0000000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 Times New Roman" w:hAnsi=" Times New Roman" w:cs=" Times New Roman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 Times New Roman" w:hAnsi=" Times New Roman" w:cs=" Times New Roman"/>
        <w:sz w:val="20"/>
        <w:szCs w:val="20"/>
      </w:rPr>
    </w:lvl>
    <w:lvl w:ilvl="2" w:tplc="FFFFFFFF">
      <w:start w:val="1"/>
      <w:numFmt w:val="decimal"/>
      <w:lvlText w:val="%3."/>
      <w:lvlJc w:val="left"/>
      <w:pPr>
        <w:ind w:left="2160" w:hanging="360"/>
      </w:pPr>
      <w:rPr>
        <w:rFonts w:ascii=" Times New Roman" w:hAnsi=" Times New Roman" w:cs=" Times New Roman"/>
        <w:sz w:val="20"/>
        <w:szCs w:val="20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 Times New Roman" w:hAnsi=" Times New Roman" w:cs=" Times New Roman"/>
        <w:sz w:val="20"/>
        <w:szCs w:val="20"/>
      </w:rPr>
    </w:lvl>
    <w:lvl w:ilvl="4" w:tplc="FFFFFFFF">
      <w:start w:val="1"/>
      <w:numFmt w:val="decimal"/>
      <w:lvlText w:val="%5."/>
      <w:lvlJc w:val="left"/>
      <w:pPr>
        <w:ind w:left="3600" w:hanging="360"/>
      </w:pPr>
      <w:rPr>
        <w:rFonts w:ascii=" Times New Roman" w:hAnsi=" Times New Roman" w:cs=" Times New Roman"/>
        <w:sz w:val="20"/>
        <w:szCs w:val="20"/>
      </w:rPr>
    </w:lvl>
    <w:lvl w:ilvl="5" w:tplc="FFFFFFFF">
      <w:start w:val="1"/>
      <w:numFmt w:val="decimal"/>
      <w:lvlText w:val="%6."/>
      <w:lvlJc w:val="left"/>
      <w:pPr>
        <w:ind w:left="4320" w:hanging="360"/>
      </w:pPr>
      <w:rPr>
        <w:rFonts w:ascii=" Times New Roman" w:hAnsi=" Times New Roman" w:cs=" Times New Roman"/>
        <w:sz w:val="20"/>
        <w:szCs w:val="20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ascii=" Times New Roman" w:hAnsi=" Times New Roman" w:cs=" Times New Roman"/>
        <w:sz w:val="20"/>
        <w:szCs w:val="20"/>
      </w:rPr>
    </w:lvl>
    <w:lvl w:ilvl="7" w:tplc="FFFFFFFF">
      <w:start w:val="1"/>
      <w:numFmt w:val="decimal"/>
      <w:lvlText w:val="%8."/>
      <w:lvlJc w:val="left"/>
      <w:pPr>
        <w:ind w:left="5760" w:hanging="360"/>
      </w:pPr>
      <w:rPr>
        <w:rFonts w:ascii=" Times New Roman" w:hAnsi=" Times New Roman" w:cs=" Times New Roman"/>
        <w:sz w:val="20"/>
        <w:szCs w:val="20"/>
      </w:rPr>
    </w:lvl>
    <w:lvl w:ilvl="8" w:tplc="FFFFFFFF">
      <w:start w:val="1"/>
      <w:numFmt w:val="decimal"/>
      <w:lvlText w:val="%9."/>
      <w:lvlJc w:val="left"/>
      <w:pPr>
        <w:ind w:left="6480" w:hanging="360"/>
      </w:pPr>
      <w:rPr>
        <w:rFonts w:ascii=" Times New Roman" w:hAnsi=" Times New Roman" w:cs=" Times New Roman"/>
        <w:sz w:val="20"/>
        <w:szCs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390F"/>
    <w:rsid w:val="00747966"/>
    <w:rsid w:val="00AA1D8D"/>
    <w:rsid w:val="00B47730"/>
    <w:rsid w:val="00CB0664"/>
    <w:rsid w:val="00F21CCD"/>
    <w:rsid w:val="00F97342"/>
    <w:rsid w:val="00FC693F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BD2BB"/>
  <w14:defaultImageDpi w14:val="300"/>
  <w15:docId w15:val="{EA91BE69-3326-4C10-B77B-9F73E1F8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4">
    <w:name w:val="Верхний колонтитул Знак1"/>
    <w:basedOn w:val="a2"/>
    <w:uiPriority w:val="99"/>
    <w:rsid w:val="00747966"/>
  </w:style>
  <w:style w:type="paragraph" w:customStyle="1" w:styleId="aff8">
    <w:name w:val="Нормальный (таблица)"/>
    <w:basedOn w:val="a1"/>
    <w:uiPriority w:val="99"/>
    <w:rsid w:val="007479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 Arial" w:eastAsia="Times New Roman" w:hAnsi=" Arial" w:cs=" Arial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7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13E09F-D07C-4EF7-A3E7-E623DE85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509</Words>
  <Characters>3513</Characters>
  <Application>Microsoft Office Word</Application>
  <DocSecurity>0</DocSecurity>
  <Lines>85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Friedman</cp:lastModifiedBy>
  <cp:revision>2</cp:revision>
  <dcterms:created xsi:type="dcterms:W3CDTF">2025-12-10T13:29:00Z</dcterms:created>
  <dcterms:modified xsi:type="dcterms:W3CDTF">2025-12-10T13:29:00Z</dcterms:modified>
  <cp:category/>
</cp:coreProperties>
</file>